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905B0" w14:textId="77777777" w:rsidR="00EA2DE7" w:rsidRDefault="001E098B">
      <w:pPr>
        <w:jc w:val="center"/>
      </w:pPr>
      <w:r>
        <w:rPr>
          <w:b/>
        </w:rPr>
        <w:t>ON NON-JUDICIAL STAMP PAPER OF Rs. 100/- WITH NOTARY</w:t>
      </w:r>
    </w:p>
    <w:p w14:paraId="470C0036" w14:textId="77777777" w:rsidR="00EA2DE7" w:rsidRDefault="001E098B">
      <w:pPr>
        <w:jc w:val="center"/>
      </w:pPr>
      <w:r>
        <w:rPr>
          <w:b/>
          <w:sz w:val="28"/>
        </w:rPr>
        <w:t>NRI DECLARATION</w:t>
      </w:r>
    </w:p>
    <w:p w14:paraId="3270F833" w14:textId="084E5616" w:rsidR="00EA2DE7" w:rsidRDefault="001E098B">
      <w:pPr>
        <w:jc w:val="center"/>
        <w:rPr>
          <w:i/>
          <w:sz w:val="19"/>
        </w:rPr>
      </w:pPr>
      <w:r>
        <w:rPr>
          <w:i/>
          <w:sz w:val="19"/>
        </w:rPr>
        <w:t>(This declaration is to be given by a student/parent/Blood Relative (Family Member) who is seeking admission under NRI category (Management Quota of NRI))</w:t>
      </w:r>
    </w:p>
    <w:p w14:paraId="404943FD" w14:textId="55C20B03" w:rsidR="001E098B" w:rsidRDefault="001E098B">
      <w:pPr>
        <w:jc w:val="center"/>
        <w:rPr>
          <w:i/>
          <w:sz w:val="19"/>
        </w:rPr>
      </w:pPr>
    </w:p>
    <w:p w14:paraId="32EE9B8A" w14:textId="049EB9F6" w:rsidR="00EA2DE7" w:rsidRDefault="001E098B" w:rsidP="001E098B">
      <w:pPr>
        <w:spacing w:after="120" w:line="360" w:lineRule="auto"/>
        <w:jc w:val="both"/>
      </w:pPr>
      <w:r>
        <w:t xml:space="preserve">I, Mr./Ms. </w:t>
      </w:r>
      <w:r>
        <w:t xml:space="preserve">______________________________ NEET-2026 UG Roll __________________ Rank NEET 2026 (UG) ______________________, Son/Daughter of Mr./Mrs. ______________________, seeking admission into MBBS course in Management Quota (NRI Quota Seats) for the academic year </w:t>
      </w:r>
      <w:r>
        <w:t>2026-27 into NEELIMA INSTITUTE OF MEDICAL SCIENCES, ANURAG UNIVERSITY, Venkatapur (V), Ghatkesar (M), Medchal-Malkajgiri District, Telangana, do hereby declare and state as under:</w:t>
      </w:r>
    </w:p>
    <w:p w14:paraId="5850D67A" w14:textId="3040E46E" w:rsidR="001E098B" w:rsidRDefault="001E098B" w:rsidP="001E098B">
      <w:pPr>
        <w:spacing w:after="120" w:line="360" w:lineRule="auto"/>
        <w:jc w:val="both"/>
      </w:pPr>
    </w:p>
    <w:p w14:paraId="06D1BCE7" w14:textId="77777777" w:rsidR="00EA2DE7" w:rsidRDefault="001E098B" w:rsidP="001E098B">
      <w:pPr>
        <w:spacing w:after="120" w:line="360" w:lineRule="auto"/>
        <w:jc w:val="both"/>
      </w:pPr>
      <w:r>
        <w:t>I declare that I am Son/Daughter/Niece/Nephew/Brother/Sister of Mr./Ms. ____</w:t>
      </w:r>
      <w:r>
        <w:t>______________________ S/o __________________________ R/o. __________________________________________________________ (here incorporate the complete address of NRI to whom the candidate is related).</w:t>
      </w:r>
    </w:p>
    <w:p w14:paraId="37488D23" w14:textId="77777777" w:rsidR="00EA2DE7" w:rsidRDefault="001E098B" w:rsidP="001E098B">
      <w:pPr>
        <w:spacing w:after="120" w:line="360" w:lineRule="auto"/>
        <w:jc w:val="both"/>
      </w:pPr>
      <w:r>
        <w:t>I declare that the said family member NRI is paying my fe</w:t>
      </w:r>
      <w:r>
        <w:t>e for my UG course and I further declare that the above facts stated are true and correct and I am liable for any action in the event of concealment of facts.</w:t>
      </w:r>
    </w:p>
    <w:p w14:paraId="755B396D" w14:textId="77777777" w:rsidR="00EA2DE7" w:rsidRDefault="001E098B" w:rsidP="001E098B">
      <w:pPr>
        <w:spacing w:after="120" w:line="360" w:lineRule="auto"/>
        <w:jc w:val="both"/>
      </w:pPr>
      <w:r>
        <w:t>Hence, this declaration.</w:t>
      </w:r>
    </w:p>
    <w:p w14:paraId="47B6EFE7" w14:textId="77777777" w:rsidR="00EA2DE7" w:rsidRDefault="001E098B" w:rsidP="001E098B">
      <w:pPr>
        <w:spacing w:before="40" w:line="360" w:lineRule="auto"/>
        <w:jc w:val="right"/>
      </w:pPr>
      <w:r>
        <w:rPr>
          <w:b/>
        </w:rPr>
        <w:t>(Signature of the Candidate)</w:t>
      </w:r>
    </w:p>
    <w:p w14:paraId="501E3A92" w14:textId="1B530F5D" w:rsidR="00EA2DE7" w:rsidRDefault="001E098B" w:rsidP="001E098B">
      <w:pPr>
        <w:spacing w:before="160" w:after="120" w:line="360" w:lineRule="auto"/>
        <w:jc w:val="both"/>
      </w:pPr>
      <w:r>
        <w:t xml:space="preserve">I, Mr./Mrs. ______________________________ </w:t>
      </w:r>
      <w:r>
        <w:t xml:space="preserve">S/o ______________________________, here declare and confirm that the above candidate viz., Mr./Ms. ______________________________ is related to me as Son/Daughter/Niece/Nephew/Brother/Sister and I hereby irrevocably agree and undertake to provide finance </w:t>
      </w:r>
      <w:r>
        <w:t xml:space="preserve">support to him/her by payment of entire fees and other expenses for pursuing MBBS course in NEELIMA INSTITUTE OF MEDICAL SCIENCES, under </w:t>
      </w:r>
      <w:r>
        <w:t>ANURAG UNIVERSITY</w:t>
      </w:r>
      <w:r>
        <w:t>.</w:t>
      </w:r>
    </w:p>
    <w:p w14:paraId="5C8123D2" w14:textId="6148229A" w:rsidR="001E098B" w:rsidRDefault="001E098B" w:rsidP="001E098B">
      <w:pPr>
        <w:spacing w:before="160" w:after="120" w:line="360" w:lineRule="auto"/>
        <w:jc w:val="both"/>
      </w:pPr>
    </w:p>
    <w:p w14:paraId="27645CB1" w14:textId="77777777" w:rsidR="001E098B" w:rsidRDefault="001E098B" w:rsidP="001E098B">
      <w:pPr>
        <w:spacing w:before="160" w:after="120" w:line="360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EA2DE7" w14:paraId="7EAE9597" w14:textId="77777777">
        <w:trPr>
          <w:jc w:val="center"/>
        </w:trPr>
        <w:tc>
          <w:tcPr>
            <w:tcW w:w="5112" w:type="dxa"/>
            <w:vAlign w:val="center"/>
          </w:tcPr>
          <w:p w14:paraId="32B9E215" w14:textId="77777777" w:rsidR="00EA2DE7" w:rsidRDefault="001E098B" w:rsidP="001E098B">
            <w:pPr>
              <w:spacing w:after="0" w:line="360" w:lineRule="auto"/>
            </w:pPr>
            <w:r>
              <w:t>Date: __________________</w:t>
            </w:r>
          </w:p>
        </w:tc>
        <w:tc>
          <w:tcPr>
            <w:tcW w:w="5112" w:type="dxa"/>
            <w:vAlign w:val="center"/>
          </w:tcPr>
          <w:p w14:paraId="202320D0" w14:textId="77777777" w:rsidR="00EA2DE7" w:rsidRDefault="001E098B" w:rsidP="001E098B">
            <w:pPr>
              <w:spacing w:after="0" w:line="360" w:lineRule="auto"/>
              <w:jc w:val="right"/>
            </w:pPr>
            <w:r>
              <w:t>____________________________</w:t>
            </w:r>
            <w:r>
              <w:br/>
              <w:t>(Signature of the NRI)</w:t>
            </w:r>
          </w:p>
        </w:tc>
      </w:tr>
    </w:tbl>
    <w:p w14:paraId="306DCACD" w14:textId="77777777" w:rsidR="001E098B" w:rsidRDefault="001E098B" w:rsidP="001E098B">
      <w:pPr>
        <w:spacing w:before="200" w:line="360" w:lineRule="auto"/>
        <w:jc w:val="right"/>
        <w:rPr>
          <w:b/>
        </w:rPr>
      </w:pPr>
    </w:p>
    <w:p w14:paraId="374E2804" w14:textId="77777777" w:rsidR="001E098B" w:rsidRDefault="001E098B" w:rsidP="001E098B">
      <w:pPr>
        <w:spacing w:before="200" w:line="360" w:lineRule="auto"/>
        <w:jc w:val="right"/>
        <w:rPr>
          <w:b/>
        </w:rPr>
      </w:pPr>
    </w:p>
    <w:p w14:paraId="0AADAD62" w14:textId="7F09D570" w:rsidR="00EA2DE7" w:rsidRDefault="001E098B" w:rsidP="001E098B">
      <w:pPr>
        <w:spacing w:before="200" w:line="360" w:lineRule="auto"/>
        <w:jc w:val="right"/>
      </w:pPr>
      <w:r>
        <w:rPr>
          <w:b/>
        </w:rPr>
        <w:t>NOTARY</w:t>
      </w:r>
    </w:p>
    <w:sectPr w:rsidR="00EA2DE7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98B"/>
    <w:rsid w:val="0029639D"/>
    <w:rsid w:val="00326F90"/>
    <w:rsid w:val="00AA1D8D"/>
    <w:rsid w:val="00B47730"/>
    <w:rsid w:val="00CB0664"/>
    <w:rsid w:val="00EA2D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D0B3B3"/>
  <w14:defaultImageDpi w14:val="300"/>
  <w15:docId w15:val="{9B859DAA-6A48-42D3-BF32-72DDDF8A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cp:lastPrinted>2026-09-19T06:03:00Z</cp:lastPrinted>
  <dcterms:created xsi:type="dcterms:W3CDTF">2013-12-23T23:15:00Z</dcterms:created>
  <dcterms:modified xsi:type="dcterms:W3CDTF">2026-09-19T06:03:00Z</dcterms:modified>
  <cp:category/>
</cp:coreProperties>
</file>