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0F7EF" w14:textId="1DC3F513" w:rsidR="00E9456A" w:rsidRDefault="00CD52CA">
      <w:pPr>
        <w:spacing w:after="40"/>
        <w:jc w:val="center"/>
      </w:pPr>
      <w:r>
        <w:rPr>
          <w:b/>
          <w:sz w:val="28"/>
        </w:rPr>
        <w:t>ANTI-DRUG UNDERTAKING</w:t>
      </w:r>
    </w:p>
    <w:p w14:paraId="3214722D" w14:textId="77777777" w:rsidR="00E9456A" w:rsidRDefault="00CD52CA" w:rsidP="00CD52CA">
      <w:pPr>
        <w:spacing w:after="0"/>
        <w:ind w:left="-360" w:right="-270"/>
        <w:jc w:val="center"/>
      </w:pPr>
      <w:r>
        <w:rPr>
          <w:b/>
          <w:sz w:val="26"/>
        </w:rPr>
        <w:t>PROFORMA FOR ANTI-DRUG UNDERTAKING / DECLARATION IN THE FORM</w:t>
      </w:r>
    </w:p>
    <w:p w14:paraId="556D06D5" w14:textId="77777777" w:rsidR="00E9456A" w:rsidRDefault="00CD52CA">
      <w:pPr>
        <w:spacing w:after="0"/>
        <w:jc w:val="center"/>
      </w:pPr>
      <w:r>
        <w:rPr>
          <w:b/>
          <w:sz w:val="26"/>
        </w:rPr>
        <w:t>OF AFFIDAVIT (ON NON-JUDICIAL STAMP PAPERS WITH NOTARY)</w:t>
      </w:r>
    </w:p>
    <w:p w14:paraId="18EB9E5F" w14:textId="77777777" w:rsidR="00CD52CA" w:rsidRDefault="00CD52CA">
      <w:pPr>
        <w:spacing w:after="160"/>
      </w:pPr>
    </w:p>
    <w:p w14:paraId="29E659C9" w14:textId="019DAC67" w:rsidR="00E9456A" w:rsidRDefault="00CD52CA" w:rsidP="00CD52CA">
      <w:pPr>
        <w:spacing w:after="160"/>
        <w:jc w:val="both"/>
      </w:pPr>
      <w:r>
        <w:t>We, the undersigned, hereby solemnly affirm and undertake the following:</w:t>
      </w:r>
    </w:p>
    <w:p w14:paraId="050F331D" w14:textId="77777777" w:rsidR="00E9456A" w:rsidRDefault="00CD52CA" w:rsidP="00CD52CA">
      <w:pPr>
        <w:spacing w:after="80"/>
        <w:ind w:left="360" w:hanging="288"/>
        <w:jc w:val="both"/>
      </w:pPr>
      <w:r>
        <w:rPr>
          <w:sz w:val="23"/>
        </w:rPr>
        <w:t>1.    The student shall not consume, possess, procure, manufacture, transport, distribute, sell, purchase, promote or engage in any activity relating to narcotic drugs, psychotropic substances or any other prohibited intoxicating substances during the period of study in the College/University.</w:t>
      </w:r>
    </w:p>
    <w:p w14:paraId="332890C4" w14:textId="5A5AAFE7" w:rsidR="00E9456A" w:rsidRDefault="00CD52CA" w:rsidP="00CD52CA">
      <w:pPr>
        <w:spacing w:after="80"/>
        <w:ind w:left="360" w:hanging="288"/>
        <w:jc w:val="both"/>
      </w:pPr>
      <w:r>
        <w:rPr>
          <w:sz w:val="23"/>
        </w:rPr>
        <w:t xml:space="preserve">2.    The student shall abide by the provisions of the Narcotic Drugs and Psychotropic Substances Act, 1985, the Rules made thereunder, the Regulations of </w:t>
      </w:r>
      <w:r w:rsidR="00447F41">
        <w:rPr>
          <w:sz w:val="23"/>
        </w:rPr>
        <w:t>Anurag University</w:t>
      </w:r>
      <w:r>
        <w:rPr>
          <w:sz w:val="23"/>
        </w:rPr>
        <w:t>, Government Orders, and all instructions issued by the University/College from time to time.</w:t>
      </w:r>
    </w:p>
    <w:p w14:paraId="36466FA4" w14:textId="77777777" w:rsidR="00E9456A" w:rsidRDefault="00CD52CA" w:rsidP="00CD52CA">
      <w:pPr>
        <w:spacing w:after="80"/>
        <w:ind w:left="360" w:hanging="288"/>
        <w:jc w:val="both"/>
      </w:pPr>
      <w:r>
        <w:rPr>
          <w:sz w:val="23"/>
        </w:rPr>
        <w:t>3.    The parent/guardian undertakes to monitor the conduct and activities of the student and extend full cooperation to the College and the University in maintaining a drug-free campus and preventing drug-related activities.</w:t>
      </w:r>
    </w:p>
    <w:p w14:paraId="4735C882" w14:textId="77777777" w:rsidR="00E9456A" w:rsidRDefault="00CD52CA" w:rsidP="00CD52CA">
      <w:pPr>
        <w:spacing w:after="80"/>
        <w:ind w:left="360" w:hanging="288"/>
        <w:jc w:val="both"/>
      </w:pPr>
      <w:r>
        <w:rPr>
          <w:sz w:val="23"/>
        </w:rPr>
        <w:t>4.    We understand that any involvement of the student in drug-related activities shall be treated as a serious act of misconduct and may result in disciplinary action, including suspension, cancellation of admission, expulsion from the institution, withholding of certificates, and/or initiation of legal proceedings under the applicable laws, without prejudice to any other action that may be taken by the competent authorities.</w:t>
      </w:r>
    </w:p>
    <w:p w14:paraId="755A0C93" w14:textId="77777777" w:rsidR="00E9456A" w:rsidRDefault="00CD52CA" w:rsidP="00CD52CA">
      <w:pPr>
        <w:spacing w:after="80"/>
        <w:ind w:left="360" w:hanging="288"/>
        <w:jc w:val="both"/>
      </w:pPr>
      <w:r>
        <w:rPr>
          <w:sz w:val="23"/>
        </w:rPr>
        <w:t>5.    We further declare that the information furnished herein is true and correct to the best of our knowledge and belief, and we agree to abide by this undertaking throughout the period of study.</w:t>
      </w:r>
    </w:p>
    <w:p w14:paraId="1AA14C14" w14:textId="77777777" w:rsidR="00E9456A" w:rsidRDefault="00E9456A">
      <w:pPr>
        <w:spacing w:after="60"/>
      </w:pPr>
    </w:p>
    <w:tbl>
      <w:tblPr>
        <w:tblW w:w="0" w:type="auto"/>
        <w:jc w:val="center"/>
        <w:tblLayout w:type="fixed"/>
        <w:tblLook w:val="04A0" w:firstRow="1" w:lastRow="0" w:firstColumn="1" w:lastColumn="0" w:noHBand="0" w:noVBand="1"/>
      </w:tblPr>
      <w:tblGrid>
        <w:gridCol w:w="4896"/>
        <w:gridCol w:w="4896"/>
      </w:tblGrid>
      <w:tr w:rsidR="00E9456A" w14:paraId="30924FDA" w14:textId="77777777" w:rsidTr="00CD52CA">
        <w:trPr>
          <w:jc w:val="center"/>
        </w:trPr>
        <w:tc>
          <w:tcPr>
            <w:tcW w:w="4896" w:type="dxa"/>
            <w:vAlign w:val="center"/>
          </w:tcPr>
          <w:p w14:paraId="38F06BAA" w14:textId="77777777" w:rsidR="00E9456A" w:rsidRDefault="00CD52CA">
            <w:pPr>
              <w:spacing w:after="0"/>
            </w:pPr>
            <w:r>
              <w:rPr>
                <w:b/>
                <w:sz w:val="23"/>
              </w:rPr>
              <w:t>Name of the Student:</w:t>
            </w:r>
          </w:p>
        </w:tc>
        <w:tc>
          <w:tcPr>
            <w:tcW w:w="4896" w:type="dxa"/>
            <w:vAlign w:val="center"/>
          </w:tcPr>
          <w:p w14:paraId="7A5F2EC6" w14:textId="77777777" w:rsidR="00E9456A" w:rsidRDefault="00CD52CA">
            <w:pPr>
              <w:spacing w:after="0"/>
            </w:pPr>
            <w:r>
              <w:rPr>
                <w:b/>
                <w:sz w:val="23"/>
              </w:rPr>
              <w:t>Name of Parent / Guardian:</w:t>
            </w:r>
          </w:p>
        </w:tc>
      </w:tr>
      <w:tr w:rsidR="00E9456A" w14:paraId="6943AED4" w14:textId="77777777" w:rsidTr="00CD52CA">
        <w:trPr>
          <w:jc w:val="center"/>
        </w:trPr>
        <w:tc>
          <w:tcPr>
            <w:tcW w:w="4896" w:type="dxa"/>
            <w:vAlign w:val="center"/>
          </w:tcPr>
          <w:p w14:paraId="780E23A7" w14:textId="77777777" w:rsidR="00E9456A" w:rsidRDefault="00CD52CA">
            <w:pPr>
              <w:spacing w:after="0"/>
            </w:pPr>
            <w:r>
              <w:rPr>
                <w:b/>
                <w:sz w:val="23"/>
              </w:rPr>
              <w:t>NEET Roll No:</w:t>
            </w:r>
          </w:p>
        </w:tc>
        <w:tc>
          <w:tcPr>
            <w:tcW w:w="4896" w:type="dxa"/>
            <w:vAlign w:val="center"/>
          </w:tcPr>
          <w:p w14:paraId="517AA61E" w14:textId="77777777" w:rsidR="00E9456A" w:rsidRDefault="00CD52CA">
            <w:pPr>
              <w:spacing w:after="0"/>
            </w:pPr>
            <w:r>
              <w:rPr>
                <w:b/>
                <w:sz w:val="23"/>
              </w:rPr>
              <w:t>Relationship with Student:</w:t>
            </w:r>
          </w:p>
        </w:tc>
      </w:tr>
      <w:tr w:rsidR="00E9456A" w14:paraId="6CBBFB30" w14:textId="77777777" w:rsidTr="00CD52CA">
        <w:trPr>
          <w:jc w:val="center"/>
        </w:trPr>
        <w:tc>
          <w:tcPr>
            <w:tcW w:w="4896" w:type="dxa"/>
            <w:vAlign w:val="center"/>
          </w:tcPr>
          <w:p w14:paraId="6496E45D" w14:textId="77777777" w:rsidR="00E9456A" w:rsidRDefault="00CD52CA">
            <w:pPr>
              <w:spacing w:after="0"/>
            </w:pPr>
            <w:r>
              <w:rPr>
                <w:b/>
                <w:sz w:val="23"/>
              </w:rPr>
              <w:t>Course:</w:t>
            </w:r>
          </w:p>
        </w:tc>
        <w:tc>
          <w:tcPr>
            <w:tcW w:w="4896" w:type="dxa"/>
            <w:vAlign w:val="center"/>
          </w:tcPr>
          <w:p w14:paraId="0BC3AC77" w14:textId="77777777" w:rsidR="00E9456A" w:rsidRDefault="00CD52CA">
            <w:pPr>
              <w:spacing w:after="0"/>
            </w:pPr>
            <w:r>
              <w:rPr>
                <w:b/>
                <w:sz w:val="23"/>
              </w:rPr>
              <w:t>Address:</w:t>
            </w:r>
          </w:p>
        </w:tc>
      </w:tr>
      <w:tr w:rsidR="00E9456A" w14:paraId="13DCD143" w14:textId="77777777" w:rsidTr="00CD52CA">
        <w:trPr>
          <w:jc w:val="center"/>
        </w:trPr>
        <w:tc>
          <w:tcPr>
            <w:tcW w:w="4896" w:type="dxa"/>
            <w:vAlign w:val="center"/>
          </w:tcPr>
          <w:p w14:paraId="02A055DB" w14:textId="77777777" w:rsidR="00E9456A" w:rsidRDefault="00CD52CA">
            <w:pPr>
              <w:spacing w:after="0"/>
            </w:pPr>
            <w:r>
              <w:rPr>
                <w:b/>
                <w:sz w:val="23"/>
              </w:rPr>
              <w:t>College:</w:t>
            </w:r>
          </w:p>
        </w:tc>
        <w:tc>
          <w:tcPr>
            <w:tcW w:w="4896" w:type="dxa"/>
            <w:vAlign w:val="center"/>
          </w:tcPr>
          <w:p w14:paraId="5C0A57F2" w14:textId="77777777" w:rsidR="00E9456A" w:rsidRDefault="00CD52CA">
            <w:pPr>
              <w:spacing w:after="0"/>
            </w:pPr>
            <w:r>
              <w:rPr>
                <w:b/>
                <w:sz w:val="23"/>
              </w:rPr>
              <w:t>Mobile No.:</w:t>
            </w:r>
          </w:p>
        </w:tc>
      </w:tr>
      <w:tr w:rsidR="00E9456A" w14:paraId="71D20E1B" w14:textId="77777777" w:rsidTr="00CD52CA">
        <w:trPr>
          <w:jc w:val="center"/>
        </w:trPr>
        <w:tc>
          <w:tcPr>
            <w:tcW w:w="4896" w:type="dxa"/>
            <w:vAlign w:val="center"/>
          </w:tcPr>
          <w:p w14:paraId="1954A280" w14:textId="77777777" w:rsidR="00E9456A" w:rsidRDefault="00CD52CA">
            <w:pPr>
              <w:spacing w:after="0"/>
            </w:pPr>
            <w:r>
              <w:rPr>
                <w:b/>
                <w:sz w:val="23"/>
              </w:rPr>
              <w:t>Academic Year:</w:t>
            </w:r>
          </w:p>
        </w:tc>
        <w:tc>
          <w:tcPr>
            <w:tcW w:w="4896" w:type="dxa"/>
            <w:vAlign w:val="center"/>
          </w:tcPr>
          <w:p w14:paraId="5EEAD3F4" w14:textId="77777777" w:rsidR="00E9456A" w:rsidRDefault="00E9456A">
            <w:pPr>
              <w:spacing w:after="0"/>
            </w:pPr>
          </w:p>
        </w:tc>
      </w:tr>
    </w:tbl>
    <w:p w14:paraId="2274132D" w14:textId="77777777" w:rsidR="00E9456A" w:rsidRDefault="00E9456A">
      <w:pPr>
        <w:spacing w:after="400"/>
      </w:pPr>
    </w:p>
    <w:tbl>
      <w:tblPr>
        <w:tblW w:w="0" w:type="auto"/>
        <w:jc w:val="center"/>
        <w:tblLayout w:type="fixed"/>
        <w:tblLook w:val="04A0" w:firstRow="1" w:lastRow="0" w:firstColumn="1" w:lastColumn="0" w:noHBand="0" w:noVBand="1"/>
      </w:tblPr>
      <w:tblGrid>
        <w:gridCol w:w="4896"/>
        <w:gridCol w:w="4896"/>
      </w:tblGrid>
      <w:tr w:rsidR="00E9456A" w14:paraId="4ABD9F67" w14:textId="77777777">
        <w:trPr>
          <w:jc w:val="center"/>
        </w:trPr>
        <w:tc>
          <w:tcPr>
            <w:tcW w:w="4896" w:type="dxa"/>
            <w:tcBorders>
              <w:top w:val="nil"/>
              <w:left w:val="nil"/>
              <w:bottom w:val="nil"/>
              <w:right w:val="nil"/>
            </w:tcBorders>
          </w:tcPr>
          <w:p w14:paraId="5A107871" w14:textId="77777777" w:rsidR="00E9456A" w:rsidRDefault="00CD52CA">
            <w:r>
              <w:rPr>
                <w:b/>
                <w:sz w:val="23"/>
              </w:rPr>
              <w:t>Signature of the Student</w:t>
            </w:r>
          </w:p>
        </w:tc>
        <w:tc>
          <w:tcPr>
            <w:tcW w:w="4896" w:type="dxa"/>
            <w:tcBorders>
              <w:top w:val="nil"/>
              <w:left w:val="nil"/>
              <w:bottom w:val="nil"/>
              <w:right w:val="nil"/>
            </w:tcBorders>
          </w:tcPr>
          <w:p w14:paraId="44E971C0" w14:textId="77777777" w:rsidR="00E9456A" w:rsidRDefault="00CD52CA">
            <w:r>
              <w:rPr>
                <w:b/>
                <w:sz w:val="23"/>
              </w:rPr>
              <w:t>Signature of the Parent / Guardian</w:t>
            </w:r>
          </w:p>
        </w:tc>
      </w:tr>
    </w:tbl>
    <w:p w14:paraId="67990549" w14:textId="77777777" w:rsidR="00E9456A" w:rsidRDefault="00E9456A">
      <w:pPr>
        <w:spacing w:after="480"/>
      </w:pPr>
    </w:p>
    <w:p w14:paraId="746CBDAC" w14:textId="77777777" w:rsidR="00E9456A" w:rsidRDefault="00CD52CA">
      <w:pPr>
        <w:spacing w:after="0"/>
      </w:pPr>
      <w:r>
        <w:rPr>
          <w:b/>
          <w:sz w:val="23"/>
        </w:rPr>
        <w:t>Place:</w:t>
      </w:r>
    </w:p>
    <w:p w14:paraId="0AB56EDE" w14:textId="77777777" w:rsidR="00E9456A" w:rsidRDefault="00CD52CA">
      <w:pPr>
        <w:spacing w:after="0"/>
      </w:pPr>
      <w:r>
        <w:rPr>
          <w:b/>
          <w:sz w:val="23"/>
        </w:rPr>
        <w:t>Date:</w:t>
      </w:r>
    </w:p>
    <w:sectPr w:rsidR="00E9456A" w:rsidSect="00CD52CA">
      <w:pgSz w:w="12240" w:h="15840"/>
      <w:pgMar w:top="936" w:right="1440" w:bottom="79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47F41"/>
    <w:rsid w:val="00AA1D8D"/>
    <w:rsid w:val="00B47730"/>
    <w:rsid w:val="00CB0664"/>
    <w:rsid w:val="00CD52CA"/>
    <w:rsid w:val="00E9456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07A144"/>
  <w14:defaultImageDpi w14:val="300"/>
  <w15:docId w15:val="{6CB550AD-B824-4ACB-9760-6CC622BC0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276</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3</cp:revision>
  <cp:lastPrinted>2026-08-13T07:33:00Z</cp:lastPrinted>
  <dcterms:created xsi:type="dcterms:W3CDTF">2013-12-23T23:15:00Z</dcterms:created>
  <dcterms:modified xsi:type="dcterms:W3CDTF">2026-08-13T10:01:00Z</dcterms:modified>
  <cp:category/>
</cp:coreProperties>
</file>